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532" w:rsidRDefault="00B12E31">
      <w:pPr>
        <w:tabs>
          <w:tab w:val="right" w:pos="9936"/>
        </w:tabs>
        <w:spacing w:after="40"/>
      </w:pPr>
      <w:r>
        <w:rPr>
          <w:rFonts w:ascii="Georgia" w:hAnsi="Georgia"/>
          <w:b/>
          <w:sz w:val="30"/>
        </w:rPr>
        <w:t>Green Biz Nursery</w:t>
      </w:r>
      <w:r>
        <w:rPr>
          <w:color w:val="5D6B62"/>
          <w:sz w:val="16"/>
        </w:rPr>
        <w:tab/>
        <w:t>Form SMS-1 · Rev. September 2026</w:t>
      </w:r>
    </w:p>
    <w:p w:rsidR="003F4532" w:rsidRDefault="00B12E31">
      <w:pPr>
        <w:pBdr>
          <w:bottom w:val="single" w:sz="12" w:space="1" w:color="2F6B43"/>
        </w:pBdr>
      </w:pPr>
      <w:r>
        <w:rPr>
          <w:b/>
          <w:color w:val="5D6B62"/>
          <w:sz w:val="15"/>
        </w:rPr>
        <w:t>OFFICE USE · STAFF COMMUNICATIONS</w:t>
      </w:r>
    </w:p>
    <w:p w:rsidR="003F4532" w:rsidRDefault="00B12E31">
      <w:pPr>
        <w:spacing w:before="200"/>
      </w:pPr>
      <w:r>
        <w:rPr>
          <w:rFonts w:ascii="Georgia" w:hAnsi="Georgia"/>
          <w:b/>
          <w:sz w:val="38"/>
        </w:rPr>
        <w:t>Employee Text Message Consent</w:t>
      </w:r>
    </w:p>
    <w:p w:rsidR="003F4532" w:rsidRDefault="00B12E31">
      <w:pPr>
        <w:spacing w:after="80"/>
      </w:pPr>
      <w:r>
        <w:rPr>
          <w:color w:val="5D6B62"/>
        </w:rPr>
        <w:t xml:space="preserve">Green Biz Nursery uses text messages to reach staff quickly when something changes — a closed yard, a cancelled route, a different start </w:t>
      </w:r>
      <w:r>
        <w:rPr>
          <w:color w:val="5D6B62"/>
        </w:rPr>
        <w:t>time. This form records your permission to receive them.</w:t>
      </w:r>
    </w:p>
    <w:p w:rsidR="003F4532" w:rsidRDefault="00B12E31">
      <w:pPr>
        <w:pBdr>
          <w:bottom w:val="single" w:sz="4" w:space="1" w:color="D2DBD4"/>
        </w:pBdr>
        <w:spacing w:before="240" w:after="80"/>
      </w:pPr>
      <w:r>
        <w:rPr>
          <w:b/>
          <w:color w:val="2F6B43"/>
          <w:spacing w:val="24"/>
          <w:sz w:val="18"/>
        </w:rPr>
        <w:t>WHAT WE WILL TEXT YOU ABOUT</w:t>
      </w:r>
    </w:p>
    <w:p w:rsidR="003F4532" w:rsidRDefault="00B12E31">
      <w:pPr>
        <w:pStyle w:val="ListBullet"/>
        <w:spacing w:after="40"/>
      </w:pPr>
      <w:r>
        <w:t>Weather-related yard and route closures</w:t>
      </w:r>
    </w:p>
    <w:p w:rsidR="003F4532" w:rsidRDefault="00B12E31">
      <w:pPr>
        <w:pStyle w:val="ListBullet"/>
        <w:spacing w:after="40"/>
      </w:pPr>
      <w:r>
        <w:t>Shift and schedule changes</w:t>
      </w:r>
    </w:p>
    <w:p w:rsidR="003F4532" w:rsidRDefault="00B12E31">
      <w:pPr>
        <w:pStyle w:val="ListBullet"/>
        <w:spacing w:after="40"/>
      </w:pPr>
      <w:r>
        <w:t>Urgent day-of operational updates</w:t>
      </w:r>
    </w:p>
    <w:p w:rsidR="003F4532" w:rsidRDefault="00B12E31">
      <w:pPr>
        <w:spacing w:before="80"/>
      </w:pPr>
      <w:r>
        <w:t>We will not send you marketing or promotional texts, and we will never</w:t>
      </w:r>
      <w:r>
        <w:t xml:space="preserve"> sell or share your mobile number.</w:t>
      </w:r>
    </w:p>
    <w:p w:rsidR="003F4532" w:rsidRDefault="00B12E31">
      <w:pPr>
        <w:pBdr>
          <w:bottom w:val="single" w:sz="4" w:space="1" w:color="D2DBD4"/>
        </w:pBdr>
        <w:spacing w:before="240" w:after="80"/>
      </w:pPr>
      <w:r>
        <w:rPr>
          <w:b/>
          <w:color w:val="2F6B43"/>
          <w:spacing w:val="24"/>
          <w:sz w:val="18"/>
        </w:rPr>
        <w:t>WHAT YOU ARE AGREEING TO</w:t>
      </w:r>
    </w:p>
    <w:p w:rsidR="003F4532" w:rsidRDefault="00B12E31">
      <w:pPr>
        <w:pStyle w:val="ListBullet"/>
        <w:spacing w:after="60"/>
      </w:pPr>
      <w:r>
        <w:rPr>
          <w:b/>
        </w:rPr>
        <w:t>Message frequency varies.</w:t>
      </w:r>
      <w:r>
        <w:t xml:space="preserve"> Most weeks there are none. During severe weather there may be several in a day.</w:t>
      </w:r>
    </w:p>
    <w:p w:rsidR="003F4532" w:rsidRDefault="00B12E31">
      <w:pPr>
        <w:pStyle w:val="ListBullet"/>
        <w:spacing w:after="60"/>
      </w:pPr>
      <w:r>
        <w:rPr>
          <w:b/>
        </w:rPr>
        <w:t>Message and data rates may apply.</w:t>
      </w:r>
      <w:r>
        <w:t xml:space="preserve"> Green Biz Nursery does not charge you for these messages</w:t>
      </w:r>
      <w:r>
        <w:t>; your mobile carrier may charge according to your plan.</w:t>
      </w:r>
    </w:p>
    <w:p w:rsidR="003F4532" w:rsidRDefault="00B12E31">
      <w:pPr>
        <w:pStyle w:val="ListBullet"/>
        <w:spacing w:after="60"/>
      </w:pPr>
      <w:r>
        <w:rPr>
          <w:b/>
        </w:rPr>
        <w:t>Consent is not a condition of employment.</w:t>
      </w:r>
      <w:r>
        <w:t xml:space="preserve"> You may decline, or stop the messages later, and it will not affect your job, your hours, or your standing in any way.</w:t>
      </w:r>
    </w:p>
    <w:p w:rsidR="003F4532" w:rsidRDefault="00B12E31">
      <w:pPr>
        <w:pStyle w:val="ListBullet"/>
        <w:spacing w:after="60"/>
      </w:pPr>
      <w:r>
        <w:rPr>
          <w:b/>
        </w:rPr>
        <w:t>You can stop at any time.</w:t>
      </w:r>
      <w:r>
        <w:t xml:space="preserve"> Reply STOP t</w:t>
      </w:r>
      <w:r>
        <w:t>o any message and you will receive no more. Reply START to begin again, or HELP for help.</w:t>
      </w:r>
    </w:p>
    <w:p w:rsidR="003F4532" w:rsidRDefault="00B12E31">
      <w:pPr>
        <w:pStyle w:val="ListBullet"/>
        <w:spacing w:after="60"/>
      </w:pPr>
      <w:r>
        <w:rPr>
          <w:b/>
        </w:rPr>
        <w:t>Texts come from [EMPLOYEE SMS NUMBER].</w:t>
      </w:r>
      <w:r>
        <w:t xml:space="preserve"> Save it in your phone so you recognise it.</w:t>
      </w:r>
    </w:p>
    <w:p w:rsidR="003F4532" w:rsidRDefault="00B12E31">
      <w:pPr>
        <w:pBdr>
          <w:bottom w:val="single" w:sz="4" w:space="1" w:color="D2DBD4"/>
        </w:pBdr>
        <w:spacing w:before="240" w:after="80"/>
      </w:pPr>
      <w:r>
        <w:rPr>
          <w:b/>
          <w:color w:val="2F6B43"/>
          <w:spacing w:val="24"/>
          <w:sz w:val="18"/>
        </w:rPr>
        <w:t>IF YOU DECIDE NOT TO RECEIVE TEXTS</w:t>
      </w:r>
    </w:p>
    <w:p w:rsidR="003F4532" w:rsidRDefault="00B12E31">
      <w:r>
        <w:t>Operational texts are often how we announce a clo</w:t>
      </w:r>
      <w:r>
        <w:t>sure the night before, or early the same morning. If you opt out you will not receive them, and it is your responsibility to check with your supervisor. Tell the office if you would rather be telephoned instead and we will add you to the call list.</w:t>
      </w:r>
      <w:bookmarkStart w:id="0" w:name="_GoBack"/>
      <w:bookmarkEnd w:id="0"/>
    </w:p>
    <w:p w:rsidR="003F4532" w:rsidRDefault="00B12E31">
      <w:pPr>
        <w:pBdr>
          <w:bottom w:val="single" w:sz="4" w:space="1" w:color="D2DBD4"/>
        </w:pBdr>
        <w:spacing w:before="240" w:after="80"/>
      </w:pPr>
      <w:r>
        <w:rPr>
          <w:b/>
          <w:color w:val="2F6B43"/>
          <w:spacing w:val="24"/>
          <w:sz w:val="18"/>
        </w:rPr>
        <w:t>YOUR DE</w:t>
      </w:r>
      <w:r>
        <w:rPr>
          <w:b/>
          <w:color w:val="2F6B43"/>
          <w:spacing w:val="24"/>
          <w:sz w:val="18"/>
        </w:rPr>
        <w:t>TAILS</w:t>
      </w:r>
    </w:p>
    <w:p w:rsidR="003F4532" w:rsidRDefault="00B12E31" w:rsidP="00E01BC6">
      <w:pPr>
        <w:spacing w:before="160" w:after="20"/>
      </w:pPr>
      <w:r>
        <w:rPr>
          <w:b/>
          <w:color w:val="5D6B62"/>
          <w:spacing w:val="20"/>
          <w:sz w:val="15"/>
        </w:rPr>
        <w:t>FULL NAME</w:t>
      </w:r>
    </w:p>
    <w:p w:rsidR="003F4532" w:rsidRDefault="00B12E31" w:rsidP="00E01BC6">
      <w:pPr>
        <w:spacing w:before="160" w:after="20"/>
      </w:pPr>
      <w:r>
        <w:rPr>
          <w:b/>
          <w:color w:val="5D6B62"/>
          <w:spacing w:val="20"/>
          <w:sz w:val="15"/>
        </w:rPr>
        <w:t>MOBILE NUMBER</w:t>
      </w:r>
    </w:p>
    <w:p w:rsidR="003F4532" w:rsidRDefault="00B12E31">
      <w:pPr>
        <w:pBdr>
          <w:bottom w:val="single" w:sz="4" w:space="1" w:color="D2DBD4"/>
        </w:pBdr>
        <w:spacing w:before="240" w:after="80"/>
      </w:pPr>
      <w:r>
        <w:rPr>
          <w:b/>
          <w:color w:val="2F6B43"/>
          <w:spacing w:val="24"/>
          <w:sz w:val="18"/>
        </w:rPr>
        <w:t>YOUR CHOICE — TICK ONE</w:t>
      </w:r>
    </w:p>
    <w:p w:rsidR="003F4532" w:rsidRDefault="00B12E31">
      <w:pPr>
        <w:spacing w:after="140"/>
        <w:ind w:left="115"/>
      </w:pPr>
      <w:r>
        <w:rPr>
          <w:sz w:val="30"/>
        </w:rPr>
        <w:t>☐</w:t>
      </w:r>
      <w:r>
        <w:rPr>
          <w:sz w:val="30"/>
        </w:rPr>
        <w:t xml:space="preserve">  </w:t>
      </w:r>
      <w:r>
        <w:rPr>
          <w:b/>
        </w:rPr>
        <w:t>Yes.</w:t>
      </w:r>
      <w:r>
        <w:t xml:space="preserve"> I agree to receive operational text messages from Green Biz Nursery at the mobile number above.</w:t>
      </w:r>
    </w:p>
    <w:p w:rsidR="003F4532" w:rsidRDefault="00B12E31">
      <w:pPr>
        <w:spacing w:after="140"/>
        <w:ind w:left="115"/>
      </w:pPr>
      <w:r>
        <w:rPr>
          <w:sz w:val="30"/>
        </w:rPr>
        <w:t>☐</w:t>
      </w:r>
      <w:r>
        <w:rPr>
          <w:sz w:val="30"/>
        </w:rPr>
        <w:t xml:space="preserve">  </w:t>
      </w:r>
      <w:r>
        <w:rPr>
          <w:b/>
        </w:rPr>
        <w:t>No.</w:t>
      </w:r>
      <w:r>
        <w:t xml:space="preserve"> I do not want to receive text messages. I understand I am responsible for checking with my supervisor about closures and schedule changes.</w:t>
      </w:r>
    </w:p>
    <w:p w:rsidR="003F4532" w:rsidRDefault="00B12E31">
      <w:pPr>
        <w:spacing w:before="160" w:after="20"/>
      </w:pPr>
      <w:r>
        <w:rPr>
          <w:b/>
          <w:color w:val="5D6B62"/>
          <w:spacing w:val="20"/>
          <w:sz w:val="15"/>
        </w:rPr>
        <w:t>SIGNATURE</w:t>
      </w:r>
    </w:p>
    <w:p w:rsidR="003F4532" w:rsidRDefault="003F4532">
      <w:pPr>
        <w:pBdr>
          <w:bottom w:val="single" w:sz="6" w:space="1" w:color="9FAEA4"/>
        </w:pBdr>
        <w:spacing w:before="200" w:after="40"/>
      </w:pPr>
    </w:p>
    <w:p w:rsidR="003F4532" w:rsidRDefault="00B12E31">
      <w:pPr>
        <w:spacing w:before="160" w:after="20"/>
      </w:pPr>
      <w:r>
        <w:rPr>
          <w:b/>
          <w:color w:val="5D6B62"/>
          <w:spacing w:val="20"/>
          <w:sz w:val="15"/>
        </w:rPr>
        <w:t>DATE</w:t>
      </w:r>
    </w:p>
    <w:p w:rsidR="003F4532" w:rsidRDefault="003F4532">
      <w:pPr>
        <w:pBdr>
          <w:bottom w:val="single" w:sz="6" w:space="1" w:color="9FAEA4"/>
        </w:pBdr>
        <w:spacing w:before="200" w:after="40"/>
      </w:pPr>
    </w:p>
    <w:p w:rsidR="003F4532" w:rsidRDefault="00B12E31">
      <w:pPr>
        <w:pBdr>
          <w:bottom w:val="single" w:sz="4" w:space="1" w:color="D2DBD4"/>
        </w:pBdr>
        <w:spacing w:before="240" w:after="80"/>
      </w:pPr>
      <w:r>
        <w:rPr>
          <w:b/>
          <w:color w:val="2F6B43"/>
          <w:spacing w:val="24"/>
          <w:sz w:val="18"/>
        </w:rPr>
        <w:t>OFFICE USE ONLY</w:t>
      </w:r>
    </w:p>
    <w:p w:rsidR="003F4532" w:rsidRDefault="00B12E31">
      <w:pPr>
        <w:spacing w:before="160" w:after="20"/>
      </w:pPr>
      <w:r>
        <w:rPr>
          <w:b/>
          <w:color w:val="5D6B62"/>
          <w:spacing w:val="20"/>
          <w:sz w:val="15"/>
        </w:rPr>
        <w:t>RECEIVED BY</w:t>
      </w:r>
    </w:p>
    <w:p w:rsidR="003F4532" w:rsidRDefault="003F4532">
      <w:pPr>
        <w:pBdr>
          <w:bottom w:val="single" w:sz="6" w:space="1" w:color="9FAEA4"/>
        </w:pBdr>
        <w:spacing w:before="200" w:after="40"/>
      </w:pPr>
    </w:p>
    <w:p w:rsidR="003F4532" w:rsidRDefault="00B12E31">
      <w:pPr>
        <w:spacing w:before="160" w:after="20"/>
      </w:pPr>
      <w:r>
        <w:rPr>
          <w:b/>
          <w:color w:val="5D6B62"/>
          <w:spacing w:val="20"/>
          <w:sz w:val="15"/>
        </w:rPr>
        <w:lastRenderedPageBreak/>
        <w:t>ENTERED IN ROSTER</w:t>
      </w:r>
    </w:p>
    <w:p w:rsidR="003F4532" w:rsidRDefault="003F4532">
      <w:pPr>
        <w:pBdr>
          <w:bottom w:val="single" w:sz="6" w:space="1" w:color="9FAEA4"/>
        </w:pBdr>
        <w:spacing w:before="200" w:after="40"/>
      </w:pPr>
    </w:p>
    <w:p w:rsidR="003F4532" w:rsidRDefault="00B12E31">
      <w:pPr>
        <w:spacing w:before="160"/>
      </w:pPr>
      <w:r>
        <w:rPr>
          <w:color w:val="5D6B62"/>
          <w:sz w:val="18"/>
        </w:rPr>
        <w:t xml:space="preserve">Enter the number in the ops roster only if Yes is </w:t>
      </w:r>
      <w:r>
        <w:rPr>
          <w:color w:val="5D6B62"/>
          <w:sz w:val="18"/>
        </w:rPr>
        <w:t>ticked. Retain this form for the duration of employment and at least four years afterwards.</w:t>
      </w:r>
    </w:p>
    <w:p w:rsidR="003F4532" w:rsidRDefault="00B12E31">
      <w:pPr>
        <w:pBdr>
          <w:top w:val="single" w:sz="4" w:space="1" w:color="D2DBD4"/>
        </w:pBdr>
        <w:spacing w:before="280"/>
      </w:pPr>
      <w:r>
        <w:rPr>
          <w:color w:val="5D6B62"/>
          <w:sz w:val="16"/>
        </w:rPr>
        <w:t>Green Biz Nursery ·</w:t>
      </w:r>
      <w:r w:rsidR="00E01BC6">
        <w:rPr>
          <w:color w:val="5D6B62"/>
          <w:sz w:val="16"/>
        </w:rPr>
        <w:t>3769 Wilmington Hwy Fayetteville, NC 28306</w:t>
      </w:r>
      <w:r>
        <w:rPr>
          <w:color w:val="5D6B62"/>
          <w:sz w:val="16"/>
        </w:rPr>
        <w:t xml:space="preserve"> · 910-323-8811 · info@greenbiznursery.com</w:t>
      </w:r>
    </w:p>
    <w:sectPr w:rsidR="003F4532" w:rsidSect="00E01BC6">
      <w:pgSz w:w="12240" w:h="15840"/>
      <w:pgMar w:top="360" w:right="1152" w:bottom="864" w:left="1152" w:header="1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E31" w:rsidRDefault="00B12E31" w:rsidP="00E01BC6">
      <w:pPr>
        <w:spacing w:after="0" w:line="240" w:lineRule="auto"/>
      </w:pPr>
      <w:r>
        <w:separator/>
      </w:r>
    </w:p>
  </w:endnote>
  <w:endnote w:type="continuationSeparator" w:id="0">
    <w:p w:rsidR="00B12E31" w:rsidRDefault="00B12E31" w:rsidP="00E01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E31" w:rsidRDefault="00B12E31" w:rsidP="00E01BC6">
      <w:pPr>
        <w:spacing w:after="0" w:line="240" w:lineRule="auto"/>
      </w:pPr>
      <w:r>
        <w:separator/>
      </w:r>
    </w:p>
  </w:footnote>
  <w:footnote w:type="continuationSeparator" w:id="0">
    <w:p w:rsidR="00B12E31" w:rsidRDefault="00B12E31" w:rsidP="00E01B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F4532"/>
    <w:rsid w:val="00AA1D8D"/>
    <w:rsid w:val="00B12E31"/>
    <w:rsid w:val="00B47730"/>
    <w:rsid w:val="00CB0664"/>
    <w:rsid w:val="00E01B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7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7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CF6DA-E18D-44C5-8F97-5F417CAB9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Charlie Allen</cp:lastModifiedBy>
  <cp:revision>2</cp:revision>
  <dcterms:created xsi:type="dcterms:W3CDTF">2013-12-23T23:15:00Z</dcterms:created>
  <dcterms:modified xsi:type="dcterms:W3CDTF">2026-09-14T18:29:00Z</dcterms:modified>
  <cp:category/>
</cp:coreProperties>
</file>